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spacing w:after="280" w:before="0" w:line="312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en-GB"/>
        </w:rPr>
        <w:t>AFFIDAVIT OF SINGLE STATUS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I, [FULL NAME], [NATIONALITY], holder of passport number [NUMBER] and Emirates ID number [NUMBER], residing at [ADDRESS IN THE UAE], solemnly declare that: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1. I am [SINGLE / NEVER MARRIED / DIVORCED / WIDOWED].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2. I am not married to any person at the date of this affidavit.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3. [IF DIVORCED OR WIDOWED: My earlier marriage to (FULL NAME OF FORMER SPOUSE) ended on (DATE) by (DIVORCE / DEATH).]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4. I make this affidavit for submission to [NAME OF OFFICE OR AUTHORITY] and for any other lawful purpose.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The statements above are true to my knowledge and belief.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Signature: ______________ (sign only before the notary)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Name: [FULL NAME]</w:t>
      </w:r>
    </w:p>
    <w:p>
      <w:pPr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[Notary's certificate and seal]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spacing w:after="0" w:before="0" w:line="312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Single Status Affidavit Format for the UAE, with Sample Wording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Single Status Affidavit Format for the UAE, with Sample Wording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en-GB</dc:language>
</cp:coreProperties>
</file>