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LEGAL NOTICE: CANCELLATION OF POWER OF ATTORNEY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To: [attorney's full name as in passport], [nationality], passport number [number], address [address]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From: [principal's full name as in passport], [nationality], passport number [number] and Emirates ID number [number]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On [date], I gave you a power of attorney, notarised on [date], reference [number if known], for [short description, for example "my property at (location)"].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 cancel that power of attorney from the date of this notice. You must not act in my name under it from today.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Please return all copies and originals of the power of attorney to me by [date], and stop any matter you have started under it.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 will also tell the offices and banks that hold a copy.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Date: [date]</w:t>
      </w:r>
      <w:r>
        <w:br/>
      </w:r>
      <w:r>
        <w:rPr>
          <w:rFonts w:ascii="Arial" w:hAnsi="Arial" w:cs="Arial" w:eastAsia="Arial"/>
          <w:b w:val="0"/>
          <w:sz w:val="22"/>
          <w:szCs w:val="22"/>
          <w:lang w:val="en-GB"/>
        </w:rPr>
        <w:t>Signature of principal: ______________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[Notary's certificate and seal]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Legal Notice for Cancellation of Power of Attorney in Dubai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Notice for Cancellation of Power of Attorney in Dubai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en-GB</dc:language>
</cp:coreProperties>
</file>