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AFFIDAVIT OF ONE AND THE SAME PERSON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[NATIONALITY], holder of passport number [NUMBER] and Emirates ID number [NUMBER], residing at [ADDRESS IN THE UAE], solemnly declare that: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My name is written as [SPELLING A] on my [DOCUMENT A, 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My name is written as [SPELLING B] on my [DOCUMENT B, 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[SPELLING A] and [SPELLING B] refer to one and the same person, namely myself.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I make this affidavit for submission to [NAME OF OFFICE OR AUTHORITY] and for any other lawful purpose.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statements above are true to my knowledge and belief.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 (sign only before the notary)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Name: [FULL NAME]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One and the Same Person Affidavit UAE: Sample Wording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and the Same Person Affidavit UAE: Sample Wording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