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[CURRENT EMPLOYER'S LETTERHEAD]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Date: [date]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To: [new employer's name / the concerned authority]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Subject: No objection to employment of [employee's full name]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We, [company name], trade licence details [details], confirm that [employee's full name], [nationality], passport number [number], Emirates ID number [number], is employed with us as [job title] under our sponsorship.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We have no objection to [him / her] working for [new company name] as [job title] [on a part-time basis alongside (his / her) current employment / after the end of (his / her) employment with us on (date)].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This letter is issued at the employee's request and does not change the terms of [his / her] current employment with us.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For verification: [name, position, phone, email].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Signature: ______________ Company stamp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[Name of authorised signatory], [position]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NOC Letter to Work in Another Company: A Sponsor Sample to Copy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NOC Letter to Work in Another Company: A Sponsor Sample to Copy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