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[الورق الرسمي لجهة العمل الحالية]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التاريخ: [التاريخ]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إلى: [اسم جهة العمل الجديدة / الجهة المعنية]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الموضوع: عدم ممانعة في عمل [الاسم الكامل للموظف]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نحن، [اسم الشركة]، بيانات الرخصة التجارية [البيانات]، نؤكد أن [الاسم الكامل للموظف]، [الجنسية]، جواز السفر رقم [الرقم]، الهوية الإماراتية رقم [الرقم]، [يعمل / تعمل] لدينا بوظيفة [المسمى الوظيفي] على كفالتنا.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ولا نمانع في [عمله / عملها] لدى [اسم الشركة الجديدة] بوظيفة [المسمى الوظيفي] [بدوام جزئي إلى جانب (عمله / عملها) الحالي / بعد انتهاء (عمله / عملها) لدينا بتاريخ (التاريخ)].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صدر هذا الخطاب بناءً على طلب الموظف، ولا يغيّر شروط [عمله / عملها] الحالي لدينا.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للتحقق: [الاسم، المنصب، الهاتف، البريد الإلكتروني].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التوقيع: ______________ ختم الشركة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[اسم المفوض بالتوقيع]، [المنصب]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خطاب عدم ممانعة للعمل في شركة أخرى: نموذج من الكفيل للنسخ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خطاب عدم ممانعة للعمل في شركة أخرى: نموذج من الكفيل للنسخ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