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keepLines/>
        <w:spacing w:after="200" w:before="0" w:line="312" w:lineRule="auto"/>
      </w:pPr>
      <w:r>
        <w:rPr>
          <w:rFonts w:ascii="Arial" w:hAnsi="Arial" w:cs="Arial" w:eastAsia="Arial"/>
          <w:b/>
          <w:bCs/>
          <w:color w:val="6A1F2B"/>
          <w:sz w:val="18"/>
          <w:szCs w:val="18"/>
          <w:lang w:val="en-GB"/>
        </w:rPr>
        <w:t>Sample NOC letter from husband to wife for job, UAE</w:t>
      </w:r>
    </w:p>
    <w:p>
      <w:pPr>
        <w:keepNext/>
        <w:keepLines/>
        <w:spacing w:after="280" w:before="0" w:line="312" w:lineRule="auto"/>
        <w:jc w:val="center"/>
      </w:pPr>
      <w:r>
        <w:rPr>
          <w:rFonts w:ascii="Arial" w:hAnsi="Arial" w:cs="Arial" w:eastAsia="Arial"/>
          <w:b/>
          <w:bCs/>
          <w:sz w:val="24"/>
          <w:szCs w:val="24"/>
          <w:lang w:val="en-GB"/>
        </w:rPr>
        <w:t>NO OBJECTION CERTIFICATE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Date: [date]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To: [name of the new employer], [emirate], United Arab Emirates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I, [husband's full name as in passport], [nationality], passport number [number], Emirates ID number [number], am the husband and residence visa sponsor of [wife's full name as in passport], [nationality], passport number [number], Emirates ID number [number].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I raise no objection to my wife working with [employer's full legal name] as [job title], [full time / part time], from [start date].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I also have no objection to the employer applying for any work permit or visa change that this employment requires.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For any question about this letter, please call me on [mobile number] or write to [email address].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Signature: ______________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Name: [husband's full name]</w:t>
      </w:r>
    </w:p>
    <w:p>
      <w:pPr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[Notary's certificate and seal, if required]</w:t>
      </w:r>
    </w:p>
    <w:p>
      <w:pPr>
        <w:keepNext/>
        <w:keepLines/>
        <w:spacing w:after="200" w:before="360" w:line="312" w:lineRule="auto"/>
      </w:pPr>
      <w:r>
        <w:rPr>
          <w:rFonts w:ascii="Arial" w:hAnsi="Arial" w:cs="Arial" w:eastAsia="Arial"/>
          <w:b/>
          <w:bCs/>
          <w:color w:val="6A1F2B"/>
          <w:sz w:val="18"/>
          <w:szCs w:val="18"/>
          <w:lang w:val="en-GB"/>
        </w:rPr>
        <w:t>NOC letter from husband to wife for tourist visa</w:t>
      </w:r>
    </w:p>
    <w:p>
      <w:pPr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I have no objection to my wife travelling to [country] for tourism from [date] to [date]. I am her sponsor in the United Arab Emirates, and her residence visa remains valid for her return. [I will cover the costs of her trip. / She will cover the costs of her trip from her own funds.]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587" w:right="1247" w:bottom="1361" w:left="1247" w:header="680" w:footer="62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cs="Arial" w:eastAsia="Arial"/>
        <w:b w:val="0"/>
        <w:color w:val="4A3E3C"/>
        <w:sz w:val="16"/>
        <w:szCs w:val="16"/>
        <w:lang w:val="en-GB"/>
      </w:rPr>
      <w:t>+971 52 947 5935</w:t>
    </w:r>
    <w:r>
      <w:rPr>
        <w:rFonts w:ascii="Arial" w:hAnsi="Arial" w:cs="Arial" w:eastAsia="Arial"/>
        <w:b w:val="0"/>
        <w:color w:val="4A3E3C"/>
        <w:sz w:val="16"/>
        <w:szCs w:val="16"/>
        <w:lang w:val="en-GB"/>
      </w:rPr>
      <w:t xml:space="preserve">  |  </w:t>
    </w:r>
    <w:r>
      <w:rPr>
        <w:rFonts w:ascii="Arial" w:hAnsi="Arial" w:cs="Arial" w:eastAsia="Arial"/>
        <w:b w:val="0"/>
        <w:color w:val="4A3E3C"/>
        <w:sz w:val="16"/>
        <w:szCs w:val="16"/>
        <w:lang w:val="en-GB"/>
      </w:rPr>
      <w:t>PrivateNotaryDubai.com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rPr>
        <w:rFonts w:ascii="Arial" w:hAnsi="Arial" w:cs="Arial" w:eastAsia="Arial"/>
        <w:b/>
        <w:bCs/>
        <w:color w:val="6A1F2B"/>
        <w:sz w:val="16"/>
        <w:szCs w:val="16"/>
        <w:lang w:val="en-GB"/>
      </w:rPr>
      <w:t>PrivateNotaryDubai.com</w:t>
    </w:r>
  </w:p>
  <w:p>
    <w:pPr>
      <w:keepLines/>
      <w:spacing w:after="0" w:before="0" w:line="312" w:lineRule="auto"/>
    </w:pPr>
    <w:r>
      <w:rPr>
        <w:rFonts w:ascii="Arial" w:hAnsi="Arial" w:cs="Arial" w:eastAsia="Arial"/>
        <w:b w:val="0"/>
        <w:color w:val="4A3E3C"/>
        <w:sz w:val="16"/>
        <w:szCs w:val="16"/>
        <w:lang w:val="en-GB"/>
      </w:rPr>
      <w:t>NOC Letter from Husband to Wife for a Job in the UAE: Sample to Adapt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NOC Letter from Husband to Wife for a Job in the UAE: Sample to Adapt</dc:title>
  <dc:subject/>
  <dc:creator>PrivateNotaryDubai.com</dc:creator>
  <cp:keywords/>
  <dc:description/>
  <cp:lastModifiedBy>PrivateNotaryDubai.com</cp:lastModifiedBy>
  <cp:revision>1</cp:revision>
  <dcterms:created xsi:type="dcterms:W3CDTF">2026-10-03T09:00:00Z</dcterms:created>
  <dcterms:modified xsi:type="dcterms:W3CDTF">2026-10-03T09:00:00Z</dcterms:modified>
  <cp:category/>
  <dc:language>en-GB</dc:language>
</cp:coreProperties>
</file>