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00" w:before="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نموذج خطاب عدم ممانعة من الزوج لعمل الزوجة، الإمارات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شهادة عدم ممانعة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إلى: [اسم جهة العمل الجديدة]، [الإمارة]، الإمارات العربية المتحدة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[الاسم الكامل للزوج كما في جواز السفر]، [الجنسية]، جواز السفر رقم [الرقم]، الهوية الإماراتية رقم [الرقم]، زوج [الاسم الكامل للزوجة كما في جواز السفر]، [الجنسية]، جواز السفر رقم [الرقم]، الهوية الإماراتية رقم [الرقم]، وكفيل تأشيرة إقامتها.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لا أمانع في أن تعمل زوجتي لدى [الاسم القانوني الكامل لجهة العمل] بوظيفة [المسمى الوظيفي]، [بدوام كامل / بدوام جزئي]، اعتبارًا من [تاريخ بدء العمل].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كما لا أمانع في أن تتقدم جهة العمل بطلب أي تصريح عمل أو تعديل في التأشيرة يتطلبه هذا العمل.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لأي استفسار بشأن هذا الخطاب، يرجى الاتصال بي على [رقم الهاتف المتحرك] أو مراسلتي على [عنوان 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الاسم: [الاسم الكامل للزوج]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وختمه، إذا كانت مطلوبة]</w:t>
      </w:r>
    </w:p>
    <w:p>
      <w:pPr>
        <w:keepNext/>
        <w:keepLines/>
        <w:bidi/>
        <w:spacing w:after="200" w:before="36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خطاب عدم ممانعة من الزوج للزوجة لتأشيرة سياحية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لا أمانع في سفر زوجتي إلى [الدولة] للسياحة من [التاريخ] إلى [التاريخ]. وأنا كفيلها في الإمارات العربية المتحدة، وتأشيرة إقامتها سارية لعودتها. [وسأتحمل تكاليف رحلتها. / وستتحمل تكاليف رحلتها من مالها الخاص.]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خطاب عدم ممانعة من الزوج لعمل الزوجة في الإمارات: نموذج للتعديل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خطاب عدم ممانعة من الزوج لعمل الزوجة في الإمارات: نموذج للتعديل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