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spacing w:after="200" w:before="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Sample NOC format: employer version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[Company letterhead]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To: [Embassy of (country) / visa office / To whom it may concern]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Subject: No objection letter for [name of employee]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This is to certify that [full name], holder of [nationality] passport number [number], has been employed by [company name], trade licence details [details], as [job title] since [date].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[He / she] has been granted leave from [date] to [date] to travel to [country] for [tourism / family visit / business]. The company has no objection to [his / her] travel and [his / her] visa application, and [he / she] will resume work on [date].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For verification, please contact [name, position] on [phone] or [email].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Signature: ______________ Company stamp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[Name of authorised signatory], [position]</w:t>
      </w:r>
    </w:p>
    <w:p>
      <w:pPr>
        <w:keepNext/>
        <w:keepLines/>
        <w:spacing w:after="200" w:before="360" w:line="312" w:lineRule="auto"/>
      </w:pPr>
      <w:r>
        <w:rPr>
          <w:rFonts w:ascii="Arial" w:hAnsi="Arial" w:cs="Arial" w:eastAsia="Arial"/>
          <w:b/>
          <w:bCs/>
          <w:color w:val="6A1F2B"/>
          <w:sz w:val="18"/>
          <w:szCs w:val="18"/>
          <w:lang w:val="en-GB"/>
        </w:rPr>
        <w:t>Sample NOC format: family version</w:t>
      </w:r>
    </w:p>
    <w:p>
      <w:pPr>
        <w:keepNext/>
        <w:keepLines/>
        <w:spacing w:after="280" w:before="0" w:line="312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en-GB"/>
        </w:rPr>
        <w:t>NO OBJECTION LETTER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Date: [date]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I, [full name], of [nationality], passport number [number], Emirates ID number [number], residing at [address in the UAE], am the [husband / wife / father / mother] of [full name], passport number [number].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have no objection to [him / her] [applying for a (type) visa to (country) / taking employment with (company) / studying at (institution)] from [date].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I can be reached on [mobile number] and [email].</w:t>
      </w:r>
    </w:p>
    <w:p>
      <w:pPr>
        <w:keepNext/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Signed before the notary on [date]: ______________</w:t>
      </w:r>
    </w:p>
    <w:p>
      <w:pPr>
        <w:keepLines/>
        <w:spacing w:after="140" w:before="0" w:line="312" w:lineRule="auto"/>
      </w:pPr>
      <w:r>
        <w:rPr>
          <w:rFonts w:ascii="Arial" w:hAnsi="Arial" w:cs="Arial" w:eastAsia="Arial"/>
          <w:b w:val="0"/>
          <w:sz w:val="22"/>
          <w:szCs w:val="22"/>
          <w:lang w:val="en-GB"/>
        </w:rPr>
        <w:t>[Full name]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spacing w:after="0" w:before="0" w:line="312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No Objection Letter (NOC) for Visa in Dubai, With Sample Wording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 Objection Letter (NOC) for Visa in Dubai, With Sample Wording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en-GB</dc:language>
</cp:coreProperties>
</file>