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00" w:before="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ru-RU"/>
        </w:rPr>
        <w:t>Образец NOC: вариант от работодателя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[Фирменный бланк компании]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Дата: [дата]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Кому: [Посольство (страны) / визовое учреждение / По месту требования]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Тема: письмо об отсутствии возражений в отношении [имя сотрудника]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Настоящим подтверждаем, что [полное имя], владелец паспорта № [номер], гражданство: [гражданство], работает в компании [название компании], данные торговой лицензии: [данные], в должности [должность] с [дата].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[Ему / Ей] предоставлен отпуск с [дата] по [дата] для поездки в [страна] с целью [туризм / посещение семьи / деловая поездка]. Компания не возражает против [его / ее] поездки и [его / ее] заявления на визу, и [он / она] вернется к работе [дата].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Для проверки просим связаться с [имя, должность] по телефону [телефон] или по электронной почте [электронная почта].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Подпись: ______________ Печать компании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[Имя уполномоченного лица], [должность]</w:t>
      </w:r>
    </w:p>
    <w:p>
      <w:pPr>
        <w:keepNext/>
        <w:keepLines/>
        <w:spacing w:after="200" w:before="36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ru-RU"/>
        </w:rPr>
        <w:t>Образец NOC: семейный вариант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ru-RU"/>
        </w:rPr>
        <w:t>ПИСЬМО ОБ ОТСУТСТВИИ ВОЗРАЖЕНИЙ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Дата: [дата]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Я, [полное имя], гражданство: [гражданство], паспорт № [номер], Emirates ID № [номер], проживающий(ая) по адресу: [адрес в ОАЭ], являюсь [мужем / женой / отцом / матерью] следующего лица: [полное имя], паспорт № [номер].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Я не возражаю против того, чтобы [он / она] [подал(а) заявление на визу (тип) в (страна) / устроился(ась) на работу в (компания) / учился(ась) в (учебное заведение)] с [дата].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Со мной можно связаться по телефону [номер мобильного телефона] и по электронной почте [электронная почта].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Подписано в присутствии нотариуса [дата]: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[Полное имя]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ru-RU"/>
      </w:rPr>
      <w:t>Письмо об отсутствии возражений (NOC) для визы в Дубае, с образцом текста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отсутствии возражений (NOC) для визы в Дубае, с образцом текста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ru-RU</dc:language>
</cp:coreProperties>
</file>