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00" w:before="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نموذج صيغة خطاب عدم الممانعة: نسخة جهة العمل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[الورق الرسمي للشركة]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إلى: [سفارة (الدولة) / جهة التأشيرات / إلى من يهمه الأمر]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الموضوع: خطاب عدم ممانعة بشأن [اسم الموظف]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نشهد بأن [الاسم الكامل]، حامل جواز سفر [الجنسية] رقم [الرقم]، [يعمل / تعمل] لدى [اسم الشركة]، بيانات الرخصة التجارية [البيانات]، بوظيفة [المسمى الوظيفي] منذ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وقد [مُنح / مُنحت] إجازة من [التاريخ] إلى [التاريخ] للسفر إلى [الدولة] بغرض [السياحة / زيارة العائلة / العمل]. ولا تمانع الشركة في [سفره / سفرها] وفي [طلبه / طلبها] للتأشيرة، [وسيعود / وستعود] إلى العمل في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للتحقق، يرجى التواصل مع [الاسم، المنصب] على [الهاتف] أو [البريد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 ختم الشركة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[اسم المفوض بالتوقيع]، [المنصب]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نموذج صيغة خطاب عدم الممانعة: النسخة العائلية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خطاب عدم ممانعة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الكامل]، [الجنسية]، جواز السفر رقم [الرقم]، الهوية الإماراتية رقم [الرقم]، المقيم في [العنوان في الإمارات]، [زوج / زوجة / والد / والدة] [الاسم الكامل]، جواز السفر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لا أمانع في [قيامه / قيامها] [بطلب تأشيرة (النوع) إلى (الدولة) / بالعمل لدى (الشركة) / بالدراسة في (المؤسسة)] اعتبارًا من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يمكن التواصل معي على [رقم الهاتف المتحرك] و[البريد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خطاب عدم ممانعة (NOC) للتأشيرة في دبي، مع صيغة نموذجية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خطاب عدم ممانعة (NOC) للتأشيرة في دبي، مع صيغة نموذجية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