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Sample 1: no objection letter for child visa, from the father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NO OBJECTION LETTER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[the concerned authority / immigration office]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[father's full name as in passport], [nationality], holder of passport number [number] [and Emirates ID number (number)], am the father of [child's full name as in passport], born on [date of birth], holder of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have no objection to my wife, [mother's full name], [nationality], holder of passport number [number] and Emirates ID number [number], sponsoring our [son / daughter] for a UAE residence visa under her sponsorship, and to renewing that visa while our child lives with her in the UAE.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confirm that I am giving this consent freely.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My contact details are [mobile number] and [email 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Sample 2: no objection letter for child visa, from the mother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NO OBJECTION LETTER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[the concerned authority / immigration office]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[mother's full name as in passport], [nationality], holder of passport number [number] [and Emirates ID number (number)], am the mother of [child's full name as in passport], born on [date of birth], holder of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have no objection to [father's full name], [nationality], holder of passport number [number] and Emirates ID number [number], sponsoring our [son / daughter] for a UAE residence visa, and to renewing that visa while our child lives in the UAE.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confirm that I am giving this consent freely.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My contact details are [mobile number] and [email 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NOC for Child Visa in Dubai: Sample Letter to Copy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NOC for Child Visa in Dubai: Sample Letter to Copy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