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00" w:before="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النموذج 1: خطاب عدم ممانعة لتأشيرة الطفل، من الأب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شهادة عدم ممانعة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إلى: [الجهة المعنية / إدارة الإقامة]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[الاسم الكامل للأب كما في جواز السفر]، [الجنسية]، حامل جواز السفر رقم [الرقم] [والهوية الإماراتية رقم (الرقم)]، والد [الاسم الكامل للطفل كما في جواز السفر]، المولود بتاريخ [تاريخ الميلاد]، حامل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لا أمانع في أن تكفل زوجتي [الاسم الكامل للأم]، [الجنسية]، حاملة جواز السفر رقم [الرقم] والهوية الإماراتية رقم [الرقم]، [ابننا / ابنتنا] للحصول على تأشيرة إقامة في الإمارات على كفالتها، ولا أمانع في تجديد هذه التأشيرة ما دام طفلنا يعيش معها في الإمارات.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وأؤكد أنني أعطي هذه الموافقة بإرادتي.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بيانات التواصل معي: [رقم الهاتف المتحرك] و[عنوان 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p>
      <w:pPr>
        <w:keepNext/>
        <w:keepLines/>
        <w:bidi/>
        <w:spacing w:after="200" w:before="36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النموذج 2: خطاب عدم ممانعة لتأشيرة الطفل، من الأم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شهادة عدم ممانعة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إلى: [الجهة المعنية / إدارة الإقامة]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[الاسم الكامل للأم كما في جواز السفر]، [الجنسية]، حاملة جواز السفر رقم [الرقم] [والهوية الإماراتية رقم (الرقم)]، والدة [الاسم الكامل للطفل كما في جواز السفر]، المولود بتاريخ [تاريخ الميلاد]، حامل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لا أمانع في أن يكفل [الاسم الكامل للأب]، [الجنسية]، حامل جواز السفر رقم [الرقم] والهوية الإماراتية رقم [الرقم]، [ابننا / ابنتنا] للحصول على تأشيرة إقامة في الإمارات، ولا أمانع في تجديد هذه التأشيرة ما دام طفلنا يعيش في الإمارات.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وأؤكد أنني أعطي هذه الموافقة بإرادتي.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بيانات التواصل معي: [رقم الهاتف المتحرك] و[عنوان 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شهادة عدم ممانعة لتأشيرة طفل في دبي: نموذج خطاب للنسخ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شهادة عدم ممانعة لتأشيرة طفل في دبي: نموذج خطاب للنسخ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