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AFFIDAVIT FOR CHANGE OF NAME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[new full name], [nationality], born on [date of birth] at [place of birth], holder of passport number [number] and UAE Emirates ID number [number], residing at [address in the UAE], state on oath as follows: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1. I was previously known as [old full name], which is the name shown on my [birth certificate / earlier passport number (number) / school certificate].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2. With effect from [date], I have changed my name to [new full name], by reason of [my marriage to (spouse's full name) on (date) / my divorce from (former spouse's full name) on (date) / my own choice].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3. From that date I use only the name [new full name] for all purposes, and I request that all records be updated to show it.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4. The names [old full name] and [new full name] both belong to me.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5. I have not changed my name to avoid any debt, obligation or legal proceeding.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6. I make this affidavit for submission to [office, for example the Consulate General of (country) in Dubai] and for any other lawful purpose.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The statements above are true to my knowledge and belief.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Signature: ______________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Name: [new full name]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Name Change Affidavit Format for the UAE, with a Sample to Adapt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Change Affidavit Format for the UAE, with a Sample to Adapt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