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بتغيير الاسم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 الجديد]، [الجنسية]، المولود بتاريخ [تاريخ الميلاد] في [مكان الميلاد]، حامل جواز السفر رقم [الرقم] والهوية الإماراتية رقم [الرقم]، والمقيم في [العنوان في الإمارات]، أقرّ تحت القسم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كنت معروفًا سابقًا باسم [الاسم الكامل القديم]، وهو الاسم الوارد في [شهادة ميلادي / جواز سفري السابق رقم (الرقم) / شهادتي المدرسية].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اعتبارًا من [التاريخ]، غيّرت اسمي إلى [الاسم الكامل الجديد]، بسبب [زواجي من (الاسم الكامل للزوج أو الزوجة) بتاريخ (التاريخ) / طلاقي من (الاسم الكامل للزوج السابق أو الزوجة السابقة) بتاريخ (التاريخ) / رغبتي الشخصية].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منذ ذلك التاريخ أستخدم الاسم [الاسم الكامل الجديد] وحده في جميع الأغراض، وأطلب تحديث جميع السجلات ليظهر فيها هذا الاسم.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الاسم [الاسم الكامل القديم] والاسم [الاسم الكامل الجديد] كلاهما اسمي.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5. لم أغيّر اسمي للتهرب من أي دين أو التزام أو إجراء قانوني.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6. أحرر هذا الإقرار لتقديمه إلى [الجهة، مثل القنصلية العامة لـ(الدولة) في دبي] ولأي غرض مشروع آخر.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البيانات الواردة أعلاه صحيحة حسب علمي واعتقادي.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 الجديد]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صيغة إقرار تغيير الاسم في الإمارات، مع نموذج تعدله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صيغة إقرار تغيير الاسم في الإمارات، مع نموذج تعدله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