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DECLARATION OF UNEMPLOYMENT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NAME], [NATIONALITY], holder of passport number [NUMBER] and Emirates ID number [NUMBER], residing at [ADDRESS IN THE UAE], declare that: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I am not currently employed and I am not running a business.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I have not been employed since [DATE].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3. I am [SUPPORTED BY (NAME AND RELATIONSHIP) / LIVING ON MY SAVINGS].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4. I make this declaration for submission to [NAME OF OFFICE OR AUTHORITY].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The above is true and correct.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Signature: ______________ (sign only before the notary)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Name: [FULL NAME]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Unemployment Certificate Dubai Sample: Declaration of Unemployment Wording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Unemployment Certificate Dubai Sample: Declaration of Unemployment Wording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