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إقرار بعدم العمل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 [الاسم الكامل]، [الجنسية]، حامل جواز السفر رقم [الرقم] والهوية الإماراتية رقم [الرقم]، والمقيم في [العنوان في الإمارات]، أقرّ بما يلي: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1. لا أعمل حاليًا لدى أي جهة، ولا أدير أي نشاط تجاري.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2. لم أعمل لدى أي جهة منذ [التاريخ].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3. [يعيلني (الاسم وصلة القرابة) / أعيش على مدخراتي].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4. أحرر هذا الإقرار لتقديمه إلى [اسم الجهة].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ما ورد أعلاه صحيح ودقيق.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التوقيع: ______________ (لا توقّع إلا أمام كاتب العدل)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الاسم: [الاسم الكامل]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[شهادة كاتب العدل وختمه]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نموذج شهادة عدم عمل في دبي: صيغة إقرار بعدم العمل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شهادة عدم عمل في دبي: صيغة إقرار بعدم العمل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