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DECLARATION OF RESIDENCY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holder of passport number [number] and Emirates ID number [number], declare that I have resided at the following address since [month and year]: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[Flat or villa number], [building name], [street], [area], [emirate], United Arab Emirates.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make this declaration to confirm my residential address for [purpose, for example opening a bank account with (bank name)].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[Full name]</w:t>
      </w:r>
    </w:p>
    <w:p>
      <w:pPr>
        <w:keepNext/>
        <w:keepLines/>
        <w:spacing w:after="120" w:before="200" w:line="312" w:lineRule="auto"/>
      </w:pPr>
      <w:r>
        <w:rPr>
          <w:rFonts w:ascii="Arial" w:hAnsi="Arial" w:cs="Arial" w:eastAsia="Arial"/>
          <w:b/>
          <w:bCs/>
          <w:sz w:val="22"/>
          <w:szCs w:val="22"/>
          <w:lang w:val="en-GB"/>
        </w:rPr>
        <w:t>SUPPORTING DECLARATION BY THE TENANT OR OWNER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holder of passport number [number] and Emirates ID number [number], am the [tenant / owner] of the property above under [tenancy contract or title deed] number [number]. I confirm that [full name of resident], my [relationship], has lived at this address with me since [month and year].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[Full 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Declaration of Residency UAE: A Sample for When Nothing Is in 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Residency UAE: A Sample for When Nothing Is in Your Name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