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سكن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الكامل]، [الجنسية]، حامل جواز السفر رقم [الرقم] والهوية الإماراتية رقم [الرقم]، أقر بأنني أقيم في العنوان التالي منذ [الشهر والسنة]: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[رقم الشقة أو الفيلا]، [اسم المبنى]، [الشارع]، [المنطقة]، [الإمارة]، الإمارات العربية المتحدة.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أحرر هذا الإقرار لتأكيد عنوان سكني لغرض [الغرض، مثل فتح حساب بنكي لدى (اسم البنك)].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الكامل]</w:t>
      </w:r>
    </w:p>
    <w:p>
      <w:pPr>
        <w:keepNext/>
        <w:keepLines/>
        <w:bidi/>
        <w:spacing w:after="120" w:before="200" w:line="348" w:lineRule="auto"/>
      </w:pPr>
      <w:r>
        <w:rPr>
          <w:rFonts w:ascii="Arial" w:hAnsi="Arial" w:cs="Arial" w:eastAsia="Arial"/>
          <w:b/>
          <w:bCs/>
          <w:sz w:val="22"/>
          <w:szCs w:val="22"/>
          <w:lang w:val="ar-AE" w:bidi="ar-AE"/>
          <w:rtl/>
        </w:rPr>
        <w:t>إقرار مؤيد من المستأجر أو المالك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الكامل]، حامل جواز السفر رقم [الرقم] والهوية الإماراتية رقم [الرقم]، [مستأجر / مالك] العقار المذكور أعلاه بموجب [عقد الإيجار أو سند الملكية] رقم [الرقم]. وأؤكد أن [الاسم الكامل للمقيم]، [صلة القرابة بي]، يقيم معي في هذا العنوان منذ [الشهر والسنة].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إقرار سكن في الإمارات: نموذج عندما لا يكون شيء باسمك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إقرار سكن في الإمارات: نموذج عندما لا يكون شيء باسمك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