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DECLARATION OF MONTHLY INCOME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[FULL NAME], [NATIONALITY], holder of passport number [NUMBER] and Emirates ID number [NUMBER], residing at [ADDRESS IN THE UAE], declare that: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1. I am [EMPLOYED BY (EMPLOYER) AS (JOB TITLE) / SELF-EMPLOYED AS (ACTIVITY) / THE OWNER OF (COMPANY NAME)].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2. My monthly income is AED [AMOUNT], received [AS SALARY / FROM (SOURCE)].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3. This statement is made by me and is not issued by my employer.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4. I make this declaration for submission to [NAME OF OFFICE OR AUTHORITY].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The above is true and correct.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Signature: ______________ (sign only before the notary)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Name: [FULL NAME]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[Notary's certificate and seal]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Declaration of Monthly Income UAE: Sample Wording and Signing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Monthly Income UAE: Sample Wording and Signing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