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00" w:before="0" w:line="312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en-GB"/>
        </w:rPr>
        <w:t>Template 1: declaration of name (same person, different spellings)</w:t>
      </w:r>
    </w:p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DECLARATION OF NAME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[full name as in current passport], [nationality], passport number [number], Emirates ID number [number], declare that: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1. The names [spelling A] and [spelling B], as shown on my [document A] and [document B], refer to one and the same person, namely myself.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2. I make this declaration for submission to [office].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The above is true and correct.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Signed before the notary on [date]: ______________</w:t>
      </w:r>
    </w:p>
    <w:p>
      <w:pPr>
        <w:keepNext/>
        <w:keepLines/>
        <w:spacing w:after="200" w:before="360" w:line="312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en-GB"/>
        </w:rPr>
        <w:t>Template 2: declaration of income</w:t>
      </w:r>
    </w:p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DECLARATION OF INCOME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[full name], [nationality], passport number [number], Emirates ID number [number], residing at [address], declare that: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1. I am [employed by (employer) as (job title) / self-employed as (activity)].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2. My monthly income is AED [amount], received [as salary / from (source)].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3. I make this declaration for submission to [office].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The above is true and correct.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Signed before the notary on [date]: ______________</w:t>
      </w:r>
    </w:p>
    <w:p>
      <w:pPr>
        <w:keepNext/>
        <w:keepLines/>
        <w:spacing w:after="200" w:before="360" w:line="312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en-GB"/>
        </w:rPr>
        <w:t>Template 3: declaration of not working</w:t>
      </w:r>
    </w:p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DECLARATION OF UNEMPLOYMENT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[full name], [nationality], passport number [number], Emirates ID number [number], residing at [address], declare that: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1. I am not currently employed and have not been employed since [date].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2. I am [supported by (name and relationship) / living on my savings].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3. I make this declaration for submission to [office].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The above is true and correct.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Signed before the notary on [date]: ______________</w:t>
      </w:r>
    </w:p>
    <w:p>
      <w:pPr>
        <w:keepNext/>
        <w:keepLines/>
        <w:spacing w:after="200" w:before="360" w:line="312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en-GB"/>
        </w:rPr>
        <w:t>Template 4: general undertaking</w:t>
      </w:r>
    </w:p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UNDERTAKING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[full name], [nationality], passport number [number], Emirates ID number [number], undertake to [describe exactly what you will do, by when].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 understand that [office] relies on this undertaking in [describe the decision].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Signed before the notary on [date]: 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Declaration Letter UAE: Templates, Including a Sworn Affidavit in Dubai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Letter UAE: Templates, Including a Sworn Affidavit in Dubai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