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00" w:before="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النموذج 1: إقرار الاسم (الشخص نفسه، بتهجئات مختلفة)</w:t>
      </w:r>
    </w:p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إقرار بالاسم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[الاسم الكامل كما في جواز السفر الحالي]، [الجنسية]، جواز السفر رقم [الرقم]، الهوية الإماراتية رقم [الرقم]، أقر بما يلي: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1. الاسمان [التهجئة أ] و[التهجئة ب]، كما يظهران في [المستند أ] و[المستند ب]، يعودان إلى شخص واحد هو أنا.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2. أحرر هذا الإقرار لتقديمه إلى [الجهة].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ما ورد أعلاه صحيح ودقيق.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وُقّع أمام كاتب العدل بتاريخ [التاريخ]: ______________</w:t>
      </w:r>
    </w:p>
    <w:p>
      <w:pPr>
        <w:keepNext/>
        <w:keepLines/>
        <w:bidi/>
        <w:spacing w:after="200" w:before="36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النموذج 2: إقرار الدخل</w:t>
      </w:r>
    </w:p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إقرار بالدخل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[الاسم الكامل]، [الجنسية]، جواز السفر رقم [الرقم]، الهوية الإماراتية رقم [الرقم]، والمقيم في [العنوان]، أقر بما يلي: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1. [أعمل لدى (جهة العمل) بوظيفة (المسمى الوظيفي) / أعمل لحسابي الخاص في (النشاط)].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2. دخلي الشهري [المبلغ] درهم، أتقاضاه [راتبًا / من (المصدر)].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3. أحرر هذا الإقرار لتقديمه إلى [الجهة].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ما ورد أعلاه صحيح ودقيق.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وُقّع أمام كاتب العدل بتاريخ [التاريخ]: ______________</w:t>
      </w:r>
    </w:p>
    <w:p>
      <w:pPr>
        <w:keepNext/>
        <w:keepLines/>
        <w:bidi/>
        <w:spacing w:after="200" w:before="36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النموذج 3: إقرار عدم العمل</w:t>
      </w:r>
    </w:p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إقرار بعدم العمل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[الاسم الكامل]، [الجنسية]، جواز السفر رقم [الرقم]، الهوية الإماراتية رقم [الرقم]، والمقيم في [العنوان]، أقر بما يلي: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1. لا أعمل حاليًا، ولم أعمل منذ [التاريخ].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2. [يعيلني (الاسم وصلة القرابة) / أعيش على مدخراتي].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3. أحرر هذا الإقرار لتقديمه إلى [الجهة].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ما ورد أعلاه صحيح ودقيق.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وُقّع أمام كاتب العدل بتاريخ [التاريخ]: ______________</w:t>
      </w:r>
    </w:p>
    <w:p>
      <w:pPr>
        <w:keepNext/>
        <w:keepLines/>
        <w:bidi/>
        <w:spacing w:after="200" w:before="360" w:line="348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ar-AE" w:bidi="ar-AE"/>
          <w:rtl/>
        </w:rPr>
        <w:t>النموذج 4: تعهد عام</w:t>
      </w:r>
    </w:p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تعهد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[الاسم الكامل]، [الجنسية]، جواز السفر رقم [الرقم]، الهوية الإماراتية رقم [الرقم]، أتعهد بأن [صف بدقة ما ستقوم به، وموعده].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وأدرك أن [الجهة] تعتمد على هذا التعهد في [صف القرار].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وُقّع أمام كاتب العدل بتاريخ [التاريخ]: 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نماذج إقرار في الإمارات، منها الإقرار المشفوع باليمين في دبي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نماذج إقرار في الإمارات، منها الإقرار المشفوع باليمين في دبي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