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وكالة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القانوني الكامل للشركة كما في الرخصة التجارية]، [الشكل القانوني، مثل: شركة ذات مسؤولية محدودة] مرخصة في [الإمارة / المنطقة الحرة] بموجب الرخصة التجارية رقم [الرقم]، وعنوانها [العنوان] ("الشركة")، ويمثلها [الاسم الكامل للمفوَّض بالتوقيع كما في جواز السفر]، [الجنسية]، جواز السفر رقم [الرقم]، الهوية الإماراتية رقم [الرقم]، [بصفته / بصفتها] [المدير / الشريك / عضو مجلس الإدارة] بموجب [عقد التأسيس المؤرخ في (التاريخ) / القرار المؤرخ في (التاريخ)]، تعيّن: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للوكيل كما في جواز السفر]، [الجنسية]، جواز السفر رقم [الرقم]، الهوية الإماراتية رقم [الرقم]،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وكيلًا عن الشركة، ليتصرف باسمها في الأمور التالية فقط: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التقدم بطلب إصدار الرخصة التجارية للشركة وتجديدها وتعديلها لدى [اسم جهة الترخيص]، وتوقيع النماذج المتعلقة بها ودفع الرسوم.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التقدم بطلب إصدار تأشيرات الإقامة وتصاريح العمل لموظفي الشركة وتجديدها وإلغائها، وتوقيع النماذج المتعلقة بها.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توقيع عقد الإيجار الخاص بمقر الشركة في [العنوان] وتجديده.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4. استلام المستندات والمراسلات والبضائع الموجهة إلى الشركة.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لا يجوز للوكيل بيع أي أصل من أصول الشركة أو رهنه أو نقل ملكيته، ولا الاقتراض باسمها، ولا تعيين وكيل آخر، ما لم يُنص على ذلك هنا.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تسري هذه الوكالة من [التاريخ] حتى [التاريخ]، ما لم تلغها الشركة كتابيًا قبل ذلك.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عن الشركة ونيابة عنها: ______________ [ختم الشركة]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اسم المفوَّض بالتوقيع وصفته: [الاسم]، [الصفة]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وكالة عن شركة في دبي: نموذج للشركات الصغيرة والعائلية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وكالة عن شركة في دبي: نموذج للشركات الصغيرة والعائلية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