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00" w:before="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Version 1: father consents to travel with the mother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CONSENT FOR CHILDREN TO TRAVEL WITH THEIR MOTHER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[father's full name], [nationality], passport number [number], Emirates ID number [number], am the father of the following child or children: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[Child's full name], born [date],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[Second child's full name], born [date],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consent to my children travelling with their mother, [mother's full name], passport number [number], from [city, country] to [city, country], leaving on [date] and returning on [date].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can be contacted during the trip on [mobile number] and [email].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[Father's full name]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Version 2: mother consents to travel with the father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CONSENT FOR A CHILD TO TRAVEL WITH THEIR FATHER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[mother's full name], [nationality], passport number [number], Emirates ID number [number], am the mother of the following child or children: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[Child's full name], born [date],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consent to my child travelling with [his / her] father, [father's full name], passport number [number], from [city, country] to [city, country], leaving on [date] and returning on [date].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can be contacted during the trip on [mobile number] and [email].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[Mother's full name]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Consent Letter From Father to Travel With Mother, or Mother to Father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Letter From Father to Travel With Mother, or Mother to Father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