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ru-RU"/>
        </w:rPr>
        <w:t>Вариант 1: отец дает согласие на поездку с матерью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ru-RU"/>
        </w:rPr>
        <w:t>СОГЛАСИЕ НА ПОЕЗДКУ ДЕТЕЙ С МАТЕРЬЮ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Я, [полное имя отца], гражданство: [гражданство], паспорт № [номер], Emirates ID № [номер], являюсь отцом следующего ребенка или детей: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ребенка], дата рождения: [дата],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второго ребенка], дата рождения: [дата],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 даю согласие на поездку моих детей с их матерью, [полное имя матери], паспорт № [номер], из [город, страна] в [город, страна] с выездом [дата] и возвращением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Во время поездки со мной можно связаться по телефону [номер мобильного телефона] и по электронной почте [электронная почта].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Подписано в присутствии нотариуса [дата]: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отца]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ru-RU"/>
        </w:rPr>
        <w:t>Вариант 2: мать дает согласие на поездку с отцом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ru-RU"/>
        </w:rPr>
        <w:t>СОГЛАСИЕ НА ПОЕЗДКУ РЕБЕНКА С ОТЦОМ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Я, [полное имя матери], гражданство: [гражданство], паспорт № [номер], Emirates ID № [номер], являюсь матерью следующего ребенка или детей: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ребенка], дата рождения: [дата],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 даю согласие на поездку моего ребенка с [его / ее] отцом, [полное имя отца], паспорт № [номер], из [город, страна] в [город, страна] с выездом [дата] и возвращением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Во время поездки со мной можно связаться по телефону [номер мобильного телефона] и по электронной почте [электронная почта].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Подписано в присутствии нотариуса [дата]: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матери]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ru-RU"/>
      </w:rPr>
      <w:t>Согласие отца на выезд ребенка с матерью или матери на выезд с отцом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отца на выезд ребенка с матерью или матери на выезд с отцом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ru-RU</dc:language>
</cp:coreProperties>
</file>