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00" w:before="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الصيغة 1: موافقة الأب على السفر مع الأم</w:t>
      </w:r>
    </w:p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موافقة على سفر الأبناء مع أمهم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[الاسم الكامل للأب]، [الجنسية]، جواز السفر رقم [الرقم]، الهوية الإماراتية رقم [الرقم]، والد الطفل أو الأطفال التالية أسماؤهم: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 للطفل]، المولود في [التاريخ]، جواز السفر رقم [الرقم].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 للطفل الثاني]، المولود في [التاريخ]، جواز السفر رقم [الرقم].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أوافق على سفر أبنائي مع أمهم، [الاسم الكامل للأم]، جواز السفر رقم [الرقم]، من [المدينة، الدولة] إلى [المدينة، الدولة]، على أن تكون المغادرة في [التاريخ] والعودة في [التاريخ].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يمكن التواصل معي خلال الرحلة على [رقم الهاتف المتحرك] و[البريد الإلكتروني].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وُقّع أمام كاتب العدل بتاريخ [التاريخ]: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 للأب]</w:t>
      </w:r>
    </w:p>
    <w:p>
      <w:pPr>
        <w:keepNext/>
        <w:keepLines/>
        <w:bidi/>
        <w:spacing w:after="200" w:before="36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الصيغة 2: موافقة الأم على السفر مع الأب</w:t>
      </w:r>
    </w:p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موافقة على سفر الطفل مع أبيه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[الاسم الكامل للأم]، [الجنسية]، جواز السفر رقم [الرقم]، الهوية الإماراتية رقم [الرقم]، والدة الطفل أو الأطفال التالية أسماؤهم: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 للطفل]، المولود في [التاريخ]، جواز السفر رقم [الرقم].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أوافق على سفر طفلي مع [أبيه / أبيها]، [الاسم الكامل للأب]، جواز السفر رقم [الرقم]، من [المدينة، الدولة] إلى [المدينة، الدولة]، على أن تكون المغادرة في [التاريخ] والعودة في [التاريخ].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يمكن التواصل معي خلال الرحلة على [رقم الهاتف المتحرك] و[البريد الإلكتروني].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وُقّع أمام كاتب العدل بتاريخ [التاريخ]: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 للأم]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خطاب موافقة من الأب على السفر مع الأم، أو من الأم على السفر مع الأب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خطاب موافقة من الأب على السفر مع الأم، أو من الأم على السفر مع الأب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