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CONSENT FOR A MINOR TO TRAVEL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 of parent], of [nationality], passport number [number], Emirates ID number [number], am the [father / mother / legal guardian] of the child named below.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Child: [full name], born on [date of birth], [nationality],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consent to my child travelling from [city, country] to [city, country], departing on [date] and returning on [date].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My child will travel [alone under the airline's unaccompanied minor service / with the following adult]: [full name], [relationship to the child],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During the trip I can be reached on [mobile number] and [email address].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[Full name of parent]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Child Travel POA &amp; Consent Letter in Dubai, UAE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Travel POA &amp; Consent Letter in Dubai, UAE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