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bidi/>
        <w:spacing w:after="280" w:before="0" w:line="348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ar-AE" w:bidi="ar-AE"/>
          <w:rtl/>
        </w:rPr>
        <w:t>موافقة على سفر قاصر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أنا، [الاسم الكامل للوالد]، [الجنسية]، جواز السفر رقم [الرقم]، الهوية الإماراتية رقم [الرقم]، [الأب / الأم / الولي القانوني] للطفل المذكور أدناه.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الطفل: [الاسم الكامل]، المولود في [تاريخ الميلاد]، [الجنسية]، جواز السفر رقم [الرقم].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أوافق على سفر طفلي من [المدينة، الدولة] إلى [المدينة، الدولة]، على أن تكون المغادرة في [التاريخ] والعودة في [التاريخ].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سيسافر طفلي [وحده ضمن خدمة شركة الطيران للقاصرين غير المصحوبين / مع البالغ التالي]: [الاسم الكامل]، [صلة القرابة بالطفل]، جواز السفر رقم [الرقم].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خلال الرحلة يمكن التواصل معي على [رقم الهاتف المتحرك] و[عنوان البريد الإلكتروني].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وُقّع أمام كاتب العدل بتاريخ [التاريخ]: ______________</w:t>
      </w:r>
    </w:p>
    <w:p>
      <w:pPr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[الاسم الكامل للوالد]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361" w:left="1247" w:header="680" w:footer="624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+971 52 947 5935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 xml:space="preserve">  |  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PrivateNotaryDubai.com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Header"/>
      <w:spacing w:after="0"/>
    </w:pPr>
    <w:r>
      <w:rPr>
        <w:rFonts w:ascii="Arial" w:hAnsi="Arial" w:cs="Arial" w:eastAsia="Arial"/>
        <w:b/>
        <w:bCs/>
        <w:color w:val="6A1F2B"/>
        <w:sz w:val="16"/>
        <w:szCs w:val="16"/>
        <w:lang w:val="en-GB"/>
      </w:rPr>
      <w:t>PrivateNotaryDubai.com</w:t>
    </w:r>
  </w:p>
  <w:p>
    <w:pPr>
      <w:keepLines/>
      <w:bidi/>
      <w:spacing w:after="0" w:before="0" w:line="348" w:lineRule="auto"/>
    </w:pPr>
    <w:r>
      <w:rPr>
        <w:rFonts w:ascii="Arial" w:hAnsi="Arial" w:cs="Arial" w:eastAsia="Arial"/>
        <w:b w:val="0"/>
        <w:color w:val="4A3E3C"/>
        <w:sz w:val="16"/>
        <w:szCs w:val="16"/>
        <w:lang w:val="ar-AE" w:bidi="ar-AE"/>
        <w:rtl/>
      </w:rPr>
      <w:t>توكيل وخطاب موافقة سفر طفل في دبي، الإمارات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توكيل وخطاب موافقة سفر طفل في دبي، الإمارات</dc:title>
  <dc:subject/>
  <dc:creator>PrivateNotaryDubai.com</dc:creator>
  <cp:keywords/>
  <dc:description/>
  <cp:lastModifiedBy>PrivateNotaryDubai.com</cp:lastModifiedBy>
  <cp:revision>1</cp:revision>
  <dcterms:created xsi:type="dcterms:W3CDTF">2026-10-03T09:00:00Z</dcterms:created>
  <dcterms:modified xsi:type="dcterms:W3CDTF">2026-10-03T09:00:00Z</dcterms:modified>
  <cp:category/>
  <dc:language>ar-AE</dc:language>
</cp:coreProperties>
</file>