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CONSENT LETTER FOR TRAVEL OF A MINOR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Date: [date]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I, [full name of parent as in passport], [father / mother] of the child named below, Indian national, holder of Indian passport number [number] and UAE Emirates ID number [number], residing at [flat, building, street, area, emirate], United Arab Emirates, state as follows: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1. I am the [father / mother] of [child's full name as in passport], born on [date of birth], holder of Indian passport number [number].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2. I give my full consent for my child to travel from [departure airport], United Arab Emirates, to [arrival airport], India, on [date], on flight [airline and flight number], and to return to the United Arab Emirates on or about [return date].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3. During this trip my child will travel with [full name of accompanying adult], [relationship to child], holder of [nationality] passport number [number].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4. While in India my child will stay at [full address in India, with PIN code]. The contact number in India is [+91 number].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5. I authorise [name of accompanying adult] to take day to day decisions for my child during the trip, including consenting to emergency medical treatment if I cannot be reached.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6. I can be contacted at any time on [UAE mobile number] and [email address].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7. I sign this letter of my own free will.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Signature: ______________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Name: [full name]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[Notary's certificate and seal]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spacing w:after="0" w:before="0" w:line="312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Child Travel Consent Form UAE to India: Template for Indian Families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Travel Consent Form UAE to India: Template for Indian Families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en-GB</dc:language>
</cp:coreProperties>
</file>