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AUTHORIZATION LETTER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Date: [date]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To: [name of the office or company], [emirate], United Arab Emirates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[your full name as in passport], [nationality], passport number [number], Emirates ID number [number], authorise [full name of the person you authorise], [nationality], passport number [number], Emirates ID number [number], to [describe the one task, for example collect my degree certificate, reference (number)] on my behalf.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This authorization is valid from [date] to [date]. It covers only the task above and does not allow [name] to sign any contract or pay any sum in my name.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Copies of my passport and Emirates ID, and of [name]'s passport and Emirates ID, are attached.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For any question, please call me on [mobile number] or write to [email address].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Signature: ______________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Name: [your full name]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[Notary's certificate and seal, if required]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Authorization Letter Sample UAE: Letters for Everyday Family Tasks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Authorization Letter Sample UAE: Letters for Everyday Family Tasks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en-GB</dc:language>
</cp:coreProperties>
</file>