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خطاب تفويض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[اسم الجهة أو الشركة]، [الإمارة]، الإمارات العربية المتحدة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[اسمك الكامل كما في جواز السفر]، [الجنسية]، جواز السفر رقم [الرقم]، الهوية الإماراتية رقم [الرقم]، أفوّض [الاسم الكامل للشخص الذي تفوّضه]، [الجنسية]، جواز السفر رقم [الرقم]، الهوية الإماراتية رقم [الرقم]، بأن [صف المهمة الواحدة، مثل: يستلم شهادتي الجامعية، المرجع (الرقم)] نيابة عني.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يسري هذا التفويض من [التاريخ] إلى [التاريخ]. ولا يشمل إلا المهمة المذكورة أعلاه، ولا يجيز لـ[الاسم] توقيع أي عقد أو دفع أي مبلغ باسمي.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مرفق نسخ من جواز سفري وهويتي الإماراتية، ومن جواز سفر [الاسم] وهويته الإماراتية.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لأي استفسار، يرجى الاتصال بي على [رقم الهاتف المتحرك] أو مراسلتي على 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[اسمك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وختمه، إذا لزم ذلك]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نموذج خطاب تفويض في الإمارات: خطابات للمهام العائلية اليومية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خطاب تفويض في الإمارات: خطابات للمهام العائلية اليومية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