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AFFIDAVIT OF SUPPORT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 of sponsor], [nationality], holder of passport number [number] and Emirates ID number [number], residing at [full address in the UAE], employed as [job title] with [employer] at a monthly salary of AED [amount], state on oath as follows: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I am the [relationship] of [full name of visitor], [nationality], holder of passport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[Name of visitor] intends to visit the United Arab Emirates from [date] to [date] and will stay with me at the address above.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I undertake to meet all expenses of [his / her] stay, including accommodation, food, medical costs and the return ticket, for the full period of the visit.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4. I undertake that [he / she] will leave the United Arab Emirates before the visa expires.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5. The statements above are true and correct.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Sworn and signed before the notary on [date]: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[Full name of sponsor]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Affidavit of Support Dubai: How to Get One, Step by Step, With a Sample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Support Dubai: How to Get One, Step by Step, With a Sample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