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ru-RU"/>
        </w:rPr>
        <w:t>АФФИДЕВИТ О ФИНАНСОВОЙ ПОДДЕРЖКЕ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Я, [полное имя спонсора], гражданство: [гражданство], паспорт № [номер], Emirates ID № [номер], проживающий(ая) по адресу: [полный адрес в ОАЭ], работающий(ая) в должности [должность] в компании [работодатель] с ежемесячной зарплатой AED [сумма], под присягой заявляю следующее: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1. [Полное имя гостя], гражданство: [гражданство], паспорт № [номер], приходится мне [степень родства].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2. [Имя гостя] планирует посетить Объединенные Арабские Эмираты с [дата] по [дата] и будет проживать у меня по указанному выше адресу.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3. Я обязуюсь покрыть все расходы на [его / ее] пребывание, включая проживание, питание, медицинские расходы и обратный билет, на весь период визита.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4. Я обязуюсь обеспечить, чтобы [он / она] покинул(а) Объединенные Арабские Эмираты до истечения срока действия визы.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5. Изложенные выше сведения являются верными и достоверными.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Подтверждено под присягой и подписано в присутствии нотариуса [дата]: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[Полное имя спонсора]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ru-RU"/>
      </w:rPr>
      <w:t>Аффидевит о финансовой поддержке в Дубае: как оформить пошагово, с образцом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Аффидевит о финансовой поддержке в Дубае: как оформить пошагово, с образцом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ru-RU</dc:language>
</cp:coreProperties>
</file>