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إعالة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للكفيل]، [الجنسية]، حامل جواز السفر رقم [الرقم] والهوية الإماراتية رقم [الرقم]، والمقيم في [العنوان الكامل في الإمارات]، وأعمل بوظيفة [المسمى الوظيفي] لدى [جهة العمل] براتب شهري قدره [المبلغ] درهم، أقر بعد حلف اليمين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أنا [صلة القرابة] [الاسم الكامل للزائر]، [الجنسية]، حامل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[ينوي / تنوي] [اسم الزائر] زيارة الإمارات العربية المتحدة من [التاريخ] إلى [التاريخ]، [وسيقيم / وستقيم] معي في العنوان المذكور أعلاه.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أتعهد بتغطية جميع مصاريف [إقامته / إقامتها]، بما فيها السكن والطعام والتكاليف الطبية وتذكرة العودة، طوال مدة الزيارة.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أتعهد بأن [يغادر / تغادر] الإمارات العربية المتحدة قبل انتهاء التأشيرة.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5. البيانات الواردة أعلاه صحيحة ودقيقة.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تم حلف اليمين والتوقيع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للكفيل]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إقرار إعالة في دبي: كيف تحصل عليه خطوة بخطوة، مع نموذج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إقرار إعالة في دبي: كيف تحصل عليه خطوة بخطوة، مع نموذج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