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AFFIDAVIT OF SUPPORT AND UNDERTAKING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 of sponsor], [nationality], holder of passport number [number] and Emirates ID number [number], residing at [villa or flat number, building, street, area], Abu Dhabi, United Arab Emirates, state on oath: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I am employed by [employer] as [job title] and my monthly salary is AED [amount].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[Full name of visitor], [nationality], holder of passport number [number], is my [relationship].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[He / she] will visit the United Arab Emirates from [date] to [date] and will live with me at the address above.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4. As sponsor and guarantor of this visit, I undertake to pay for [his / her] accommodation, food, travel within the UAE, medical treatment and any health insurance required, and the return air ticket.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5. I undertake that [he / she] will respect the laws of the United Arab Emirates and will leave the country on or before the date [his / her] visa expires.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6. I understand that I am responsible for any cost arising from this visit that [he / she] cannot meet.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7. The statements in this affidavit are true and correct.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Sworn and signed before the notary on [date]: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[Full name of sponsor]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Affidavit of Support Abu Dhabi: Sample With the Sponsor's Undertaking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Support Abu Dhabi: Sample With the Sponsor's Undertaking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