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keepLines/>
        <w:bidi/>
        <w:spacing w:after="280" w:before="0" w:line="348" w:lineRule="auto"/>
        <w:jc w:val="center"/>
      </w:pPr>
      <w:r>
        <w:rPr>
          <w:rFonts w:ascii="Arial" w:hAnsi="Arial" w:cs="Arial" w:eastAsia="Arial"/>
          <w:b/>
          <w:bCs/>
          <w:sz w:val="24"/>
          <w:szCs w:val="24"/>
          <w:lang w:val="ar-AE" w:bidi="ar-AE"/>
          <w:rtl/>
        </w:rPr>
        <w:t>إقرار إعالة وتعهد</w:t>
      </w:r>
    </w:p>
    <w:p>
      <w:pPr>
        <w:keepNext/>
        <w:keepLines/>
        <w:bidi/>
        <w:spacing w:after="140" w:before="0" w:line="348" w:lineRule="auto"/>
      </w:pPr>
      <w:r>
        <w:rPr>
          <w:rFonts w:ascii="Arial" w:hAnsi="Arial" w:cs="Arial" w:eastAsia="Arial"/>
          <w:b w:val="0"/>
          <w:sz w:val="22"/>
          <w:szCs w:val="22"/>
          <w:lang w:val="ar-AE" w:bidi="ar-AE"/>
          <w:rtl/>
        </w:rPr>
        <w:t>أنا، [الاسم الكامل للكفيل]، [الجنسية]، حامل جواز السفر رقم [الرقم] والهوية الإماراتية رقم [الرقم]، والمقيم في [رقم الفيلا أو الشقة، المبنى، الشارع، المنطقة]، أبوظبي، الإمارات العربية المتحدة، أقر بعد حلف اليمين بما يلي:</w:t>
      </w:r>
    </w:p>
    <w:p>
      <w:pPr>
        <w:keepNext/>
        <w:keepLines/>
        <w:bidi/>
        <w:spacing w:after="140" w:before="0" w:line="348" w:lineRule="auto"/>
      </w:pPr>
      <w:r>
        <w:rPr>
          <w:rFonts w:ascii="Arial" w:hAnsi="Arial" w:cs="Arial" w:eastAsia="Arial"/>
          <w:b w:val="0"/>
          <w:sz w:val="22"/>
          <w:szCs w:val="22"/>
          <w:lang w:val="ar-AE" w:bidi="ar-AE"/>
          <w:rtl/>
        </w:rPr>
        <w:t>1. أعمل لدى [جهة العمل] بوظيفة [المسمى الوظيفي]، وراتبي الشهري [المبلغ] درهم.</w:t>
      </w:r>
    </w:p>
    <w:p>
      <w:pPr>
        <w:keepNext/>
        <w:keepLines/>
        <w:bidi/>
        <w:spacing w:after="140" w:before="0" w:line="348" w:lineRule="auto"/>
      </w:pPr>
      <w:r>
        <w:rPr>
          <w:rFonts w:ascii="Arial" w:hAnsi="Arial" w:cs="Arial" w:eastAsia="Arial"/>
          <w:b w:val="0"/>
          <w:sz w:val="22"/>
          <w:szCs w:val="22"/>
          <w:lang w:val="ar-AE" w:bidi="ar-AE"/>
          <w:rtl/>
        </w:rPr>
        <w:t>2. تربطني بـ[الاسم الكامل للزائر]، [الجنسية]، حامل جواز السفر رقم [الرقم]، صلة [صلة القرابة].</w:t>
      </w:r>
    </w:p>
    <w:p>
      <w:pPr>
        <w:keepNext/>
        <w:keepLines/>
        <w:bidi/>
        <w:spacing w:after="140" w:before="0" w:line="348" w:lineRule="auto"/>
      </w:pPr>
      <w:r>
        <w:rPr>
          <w:rFonts w:ascii="Arial" w:hAnsi="Arial" w:cs="Arial" w:eastAsia="Arial"/>
          <w:b w:val="0"/>
          <w:sz w:val="22"/>
          <w:szCs w:val="22"/>
          <w:lang w:val="ar-AE" w:bidi="ar-AE"/>
          <w:rtl/>
        </w:rPr>
        <w:t>3. [سيزور / ستزور] الإمارات العربية المتحدة من [التاريخ] إلى [التاريخ]، [وسيقيم / وستقيم] معي في العنوان المذكور أعلاه.</w:t>
      </w:r>
    </w:p>
    <w:p>
      <w:pPr>
        <w:keepNext/>
        <w:keepLines/>
        <w:bidi/>
        <w:spacing w:after="140" w:before="0" w:line="348" w:lineRule="auto"/>
      </w:pPr>
      <w:r>
        <w:rPr>
          <w:rFonts w:ascii="Arial" w:hAnsi="Arial" w:cs="Arial" w:eastAsia="Arial"/>
          <w:b w:val="0"/>
          <w:sz w:val="22"/>
          <w:szCs w:val="22"/>
          <w:lang w:val="ar-AE" w:bidi="ar-AE"/>
          <w:rtl/>
        </w:rPr>
        <w:t>4. بصفتي كفيلًا وضامنًا لهذه الزيارة، أتعهد بأن أدفع عن [الزائر / الزائرة] تكاليف السكن والطعام والتنقل داخل الإمارات والعلاج الطبي وأي تأمين صحي مطلوب، وتذكرة سفر العودة.</w:t>
      </w:r>
    </w:p>
    <w:p>
      <w:pPr>
        <w:keepNext/>
        <w:keepLines/>
        <w:bidi/>
        <w:spacing w:after="140" w:before="0" w:line="348" w:lineRule="auto"/>
      </w:pPr>
      <w:r>
        <w:rPr>
          <w:rFonts w:ascii="Arial" w:hAnsi="Arial" w:cs="Arial" w:eastAsia="Arial"/>
          <w:b w:val="0"/>
          <w:sz w:val="22"/>
          <w:szCs w:val="22"/>
          <w:lang w:val="ar-AE" w:bidi="ar-AE"/>
          <w:rtl/>
        </w:rPr>
        <w:t>5. أتعهد بأن [يحترم / تحترم] قوانين الإمارات العربية المتحدة، وأن [يغادر / تغادر] الدولة في تاريخ انتهاء [تأشيرته / تأشيرتها] أو قبله.</w:t>
      </w:r>
    </w:p>
    <w:p>
      <w:pPr>
        <w:keepNext/>
        <w:keepLines/>
        <w:bidi/>
        <w:spacing w:after="140" w:before="0" w:line="348" w:lineRule="auto"/>
      </w:pPr>
      <w:r>
        <w:rPr>
          <w:rFonts w:ascii="Arial" w:hAnsi="Arial" w:cs="Arial" w:eastAsia="Arial"/>
          <w:b w:val="0"/>
          <w:sz w:val="22"/>
          <w:szCs w:val="22"/>
          <w:lang w:val="ar-AE" w:bidi="ar-AE"/>
          <w:rtl/>
        </w:rPr>
        <w:t>6. أدرك أنني مسؤول عن أي تكلفة تنشأ عن هذه الزيارة ولا [يستطيع / تستطيع] تحملها.</w:t>
      </w:r>
    </w:p>
    <w:p>
      <w:pPr>
        <w:keepNext/>
        <w:keepLines/>
        <w:bidi/>
        <w:spacing w:after="140" w:before="0" w:line="348" w:lineRule="auto"/>
      </w:pPr>
      <w:r>
        <w:rPr>
          <w:rFonts w:ascii="Arial" w:hAnsi="Arial" w:cs="Arial" w:eastAsia="Arial"/>
          <w:b w:val="0"/>
          <w:sz w:val="22"/>
          <w:szCs w:val="22"/>
          <w:lang w:val="ar-AE" w:bidi="ar-AE"/>
          <w:rtl/>
        </w:rPr>
        <w:t>7. البيانات الواردة في هذا الإقرار صحيحة ودقيقة.</w:t>
      </w:r>
    </w:p>
    <w:p>
      <w:pPr>
        <w:keepNext/>
        <w:keepLines/>
        <w:bidi/>
        <w:spacing w:after="140" w:before="0" w:line="348" w:lineRule="auto"/>
      </w:pPr>
      <w:r>
        <w:rPr>
          <w:rFonts w:ascii="Arial" w:hAnsi="Arial" w:cs="Arial" w:eastAsia="Arial"/>
          <w:b w:val="0"/>
          <w:sz w:val="22"/>
          <w:szCs w:val="22"/>
          <w:lang w:val="ar-AE" w:bidi="ar-AE"/>
          <w:rtl/>
        </w:rPr>
        <w:t>تم حلف اليمين والتوقيع أمام كاتب العدل بتاريخ [التاريخ]: ______________</w:t>
      </w:r>
    </w:p>
    <w:p>
      <w:pPr>
        <w:keepLines/>
        <w:bidi/>
        <w:spacing w:after="140" w:before="0" w:line="348" w:lineRule="auto"/>
      </w:pPr>
      <w:r>
        <w:rPr>
          <w:rFonts w:ascii="Arial" w:hAnsi="Arial" w:cs="Arial" w:eastAsia="Arial"/>
          <w:b w:val="0"/>
          <w:sz w:val="22"/>
          <w:szCs w:val="22"/>
          <w:lang w:val="ar-AE" w:bidi="ar-AE"/>
          <w:rtl/>
        </w:rPr>
        <w:t>[الاسم الكامل للكفيل]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587" w:right="1247" w:bottom="1361" w:left="1247" w:header="680" w:footer="624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cs="Arial" w:eastAsia="Arial"/>
        <w:b w:val="0"/>
        <w:color w:val="4A3E3C"/>
        <w:sz w:val="16"/>
        <w:szCs w:val="16"/>
        <w:lang w:val="en-GB"/>
      </w:rPr>
      <w:t>+971 52 947 5935</w:t>
    </w:r>
    <w:r>
      <w:rPr>
        <w:rFonts w:ascii="Arial" w:hAnsi="Arial" w:cs="Arial" w:eastAsia="Arial"/>
        <w:b w:val="0"/>
        <w:color w:val="4A3E3C"/>
        <w:sz w:val="16"/>
        <w:szCs w:val="16"/>
        <w:lang w:val="en-GB"/>
      </w:rPr>
      <w:t xml:space="preserve">  |  </w:t>
    </w:r>
    <w:r>
      <w:rPr>
        <w:rFonts w:ascii="Arial" w:hAnsi="Arial" w:cs="Arial" w:eastAsia="Arial"/>
        <w:b w:val="0"/>
        <w:color w:val="4A3E3C"/>
        <w:sz w:val="16"/>
        <w:szCs w:val="16"/>
        <w:lang w:val="en-GB"/>
      </w:rPr>
      <w:t>PrivateNotaryDubai.com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Header"/>
      <w:spacing w:after="0"/>
    </w:pPr>
    <w:r>
      <w:rPr>
        <w:rFonts w:ascii="Arial" w:hAnsi="Arial" w:cs="Arial" w:eastAsia="Arial"/>
        <w:b/>
        <w:bCs/>
        <w:color w:val="6A1F2B"/>
        <w:sz w:val="16"/>
        <w:szCs w:val="16"/>
        <w:lang w:val="en-GB"/>
      </w:rPr>
      <w:t>PrivateNotaryDubai.com</w:t>
    </w:r>
  </w:p>
  <w:p>
    <w:pPr>
      <w:keepLines/>
      <w:bidi/>
      <w:spacing w:after="0" w:before="0" w:line="348" w:lineRule="auto"/>
    </w:pPr>
    <w:r>
      <w:rPr>
        <w:rFonts w:ascii="Arial" w:hAnsi="Arial" w:cs="Arial" w:eastAsia="Arial"/>
        <w:b w:val="0"/>
        <w:color w:val="4A3E3C"/>
        <w:sz w:val="16"/>
        <w:szCs w:val="16"/>
        <w:lang w:val="ar-AE" w:bidi="ar-AE"/>
        <w:rtl/>
      </w:rPr>
      <w:t>إقرار إعالة في أبوظبي: نموذج مع تعهد الكفيل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إقرار إعالة في أبوظبي: نموذج مع تعهد الكفيل</dc:title>
  <dc:subject/>
  <dc:creator>PrivateNotaryDubai.com</dc:creator>
  <cp:keywords/>
  <dc:description/>
  <cp:lastModifiedBy>PrivateNotaryDubai.com</cp:lastModifiedBy>
  <cp:revision>1</cp:revision>
  <dcterms:created xsi:type="dcterms:W3CDTF">2026-10-03T09:00:00Z</dcterms:created>
  <dcterms:modified xsi:type="dcterms:W3CDTF">2026-10-03T09:00:00Z</dcterms:modified>
  <cp:category/>
  <dc:language>ar-AE</dc:language>
</cp:coreProperties>
</file>