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00" w:before="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Acknowledgement of cash receipt: sample to adapt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ACKNOWLEDGEMENT OF CASH RECEIPT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the undersigned, [full name as in passport], [nationality], holder of passport number [number] and Emirates ID number [number], confirm that on [date] I received from: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[payer's full name as in passport], [nationality], holder of passport number [number],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the sum of AED [amount in figures] ([amount in words]) in cash.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This payment is for: [reason, for example "the sale of my vehicle, plate number (number)" or "the deposit for the apartment at (address)"].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confirm that I received the full amount named above, that I count it as received on the date above, and that I have no other claim for this payment.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Date: [date]</w:t>
      </w:r>
      <w:r>
        <w:br/>
      </w:r>
      <w:r>
        <w:rPr>
          <w:rFonts w:ascii="Arial" w:hAnsi="Arial" w:cs="Arial" w:eastAsia="Arial"/>
          <w:b w:val="0"/>
          <w:sz w:val="22"/>
          <w:szCs w:val="22"/>
          <w:lang w:val="en-GB"/>
        </w:rPr>
        <w:t>Signature of receiver: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seal]</w:t>
      </w:r>
    </w:p>
    <w:p>
      <w:pPr>
        <w:keepNext/>
        <w:keepLines/>
        <w:spacing w:after="200" w:before="36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Acknowledgement of debt: sample to adapt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ACKNOWLEDGEMENT OF DEBT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the undersigned, [full name as in passport], [nationality], holder of passport number [number] and Emirates ID number [number], confirm that I owe: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[lender's full name as in passport], [nationality], holder of passport number [number],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the sum of AED [amount in figures] ([amount in words]), received by me on [date] for [reason].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agree to repay this amount [in full on (date) / in instalments of AED (amount) on (day) of each month until paid].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Date: [date]</w:t>
      </w:r>
      <w:r>
        <w:br/>
      </w:r>
      <w:r>
        <w:rPr>
          <w:rFonts w:ascii="Arial" w:hAnsi="Arial" w:cs="Arial" w:eastAsia="Arial"/>
          <w:b w:val="0"/>
          <w:sz w:val="22"/>
          <w:szCs w:val="22"/>
          <w:lang w:val="en-GB"/>
        </w:rPr>
        <w:t>Signature of debtor: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Acknowledgement of Cash Receipt in the UAE: Sample Wording and Notarisation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of Cash Receipt in the UAE: Sample Wording and Notarisation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