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إقرار استلام مبلغ نقدي: نموذج قابل للتعديل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باستلام مبلغ نقدي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الموقّع أدناه، [الاسم الكامل كما في جواز السفر]، [الجنسية]، حامل جواز السفر رقم [الرقم] والهوية الإماراتية رقم [الرقم]، أقر بأنني استلمت بتاريخ [التاريخ] من: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للدافع كما في جواز السفر]، [الجنسية]، حامل جواز السفر رقم [الرقم]،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مبلغًا قدره [المبلغ بالأرقام] درهم إماراتي ([المبلغ بالحروف]) نقدًا.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وذلك مقابل: [السبب، مثل "بيع مركبتي ذات اللوحة رقم (الرقم)" أو "مبلغ التأمين للشقة الكائنة في (العنوان)"].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وأقر بأنني استلمت المبلغ المذكور أعلاه كاملًا، وأنني أعدّه مستلمًا في التاريخ المذكور أعلاه، وأنه لا توجد لي أي مطالبة أخرى بخصوص هذا المبلغ.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توقيع المستلم: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إقرار بدين: نموذج قابل للتعديل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بدين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الموقّع أدناه، [الاسم الكامل كما في جواز السفر]، [الجنسية]، حامل جواز السفر رقم [الرقم] والهوية الإماراتية رقم [الرقم]، أقر بأنني مدين للشخص الآتي: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للدائن كما في جواز السفر]، [الجنسية]، حامل جواز السفر رقم [الرقم]،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بمبلغ قدره [المبلغ بالأرقام] درهم إماراتي ([المبلغ بالحروف])، استلمته بتاريخ [التاريخ] مقابل [السبب].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وأتعهد بسداد هذا المبلغ [دفعة واحدة بتاريخ (التاريخ) / على أقساط قدرها (المبلغ) درهم في (اليوم) من كل شهر حتى السداد الكامل].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توقيع المدين: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استلام مبلغ نقدي في الإمارات: صيغة نموذجية وتوثيقه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استلام مبلغ نقدي في الإمارات: صيغة نموذجية وتوثيقه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